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4F46E5"/>
          <w:sz w:val="44"/>
        </w:rPr>
        <w:t>FIRSTNAME LASTNAME</w:t>
      </w:r>
    </w:p>
    <w:p>
      <w:pPr>
        <w:spacing w:after="80"/>
        <w:jc w:val="center"/>
      </w:pPr>
      <w:r>
        <w:rPr>
          <w:b/>
          <w:color w:val="0F172A"/>
          <w:sz w:val="22"/>
        </w:rPr>
        <w:t>SENIOR FULL STACK SOFTWARE ENGINEER</w:t>
      </w:r>
    </w:p>
    <w:p>
      <w:pPr>
        <w:spacing w:after="280"/>
        <w:jc w:val="center"/>
        <w:pBdr>
          <w:bottom w:val="single" w:sz="12" w:space="6" w:color="4F46E5"/>
        </w:pBdr>
      </w:pPr>
      <w:r>
        <w:rPr>
          <w:color w:val="64748B"/>
          <w:sz w:val="18"/>
        </w:rPr>
        <w:t>Colombo, Sri Lanka  |  +94 77 987 6543  |  dev.email@example.com  |  github.com/yourgithub  |  linkedin.com/in/yourdev</w:t>
      </w:r>
    </w:p>
    <w:p>
      <w:pPr>
        <w:spacing w:before="240" w:after="80"/>
      </w:pPr>
      <w:r>
        <w:rPr>
          <w:b/>
          <w:color w:val="4F46E5"/>
          <w:sz w:val="23"/>
        </w:rPr>
        <w:t>PROFESSIONAL SUMMARY</w:t>
      </w:r>
    </w:p>
    <w:p>
      <w:r>
        <w:t>Full Stack Engineer with 4+ years of expertise building scalable Web Applications, RESTful APIs, and Microservices architecture. Proficient in React, Node.js, TypeScript, Python, Docker, and AWS. Experienced in reducing API response times by 45% and managing databases serving 100K+ daily active users.</w:t>
      </w:r>
    </w:p>
    <w:p>
      <w:pPr>
        <w:spacing w:before="240" w:after="80"/>
      </w:pPr>
      <w:r>
        <w:rPr>
          <w:b/>
          <w:color w:val="4F46E5"/>
          <w:sz w:val="23"/>
        </w:rPr>
        <w:t>TECHNICAL SKILLS</w:t>
      </w:r>
    </w:p>
    <w:p>
      <w:r>
        <w:rPr>
          <w:b/>
        </w:rPr>
        <w:t xml:space="preserve">Languages: </w:t>
      </w:r>
      <w:r>
        <w:t>JavaScript (ES6+), TypeScript, Python, SQL, HTML5/CSS3</w:t>
        <w:br/>
      </w:r>
      <w:r>
        <w:rPr>
          <w:b/>
        </w:rPr>
        <w:t xml:space="preserve">Frontend: </w:t>
      </w:r>
      <w:r>
        <w:t>React.js, Next.js, Redux Toolkit, TailwindCSS, Webpack</w:t>
        <w:br/>
      </w:r>
      <w:r>
        <w:rPr>
          <w:b/>
        </w:rPr>
        <w:t xml:space="preserve">Backend: </w:t>
      </w:r>
      <w:r>
        <w:t>Node.js, Express.js, Fastify, Python Django / FastAPI, REST APIs, GraphQL</w:t>
        <w:br/>
      </w:r>
      <w:r>
        <w:rPr>
          <w:b/>
        </w:rPr>
        <w:t xml:space="preserve">Database &amp; Cloud: </w:t>
      </w:r>
      <w:r>
        <w:t>PostgreSQL, MongoDB, Redis, AWS (S3, EC2, Lambda), Docker, CI/CD (GitHub Actions)</w:t>
      </w:r>
    </w:p>
    <w:p>
      <w:pPr>
        <w:spacing w:before="240" w:after="80"/>
      </w:pPr>
      <w:r>
        <w:rPr>
          <w:b/>
          <w:color w:val="4F46E5"/>
          <w:sz w:val="23"/>
        </w:rPr>
        <w:t>WORK EXPERIENCE</w:t>
      </w:r>
    </w:p>
    <w:p>
      <w:pPr>
        <w:spacing w:before="120" w:after="40"/>
      </w:pPr>
      <w:r>
        <w:rPr>
          <w:b/>
          <w:color w:val="0F172A"/>
        </w:rPr>
        <w:t>SENIOR FULL STACK ENGINEER</w:t>
      </w:r>
      <w:r>
        <w:t xml:space="preserve">  |  TechCorp Solutions Lanka — Colombo</w:t>
        <w:br/>
      </w:r>
      <w:r>
        <w:rPr>
          <w:i/>
          <w:sz w:val="18"/>
        </w:rPr>
        <w:t>Jul 2022 – Present</w:t>
      </w:r>
    </w:p>
    <w:p>
      <w:pPr>
        <w:pStyle w:val="ListBullet"/>
      </w:pPr>
      <w:r>
        <w:t>Architected a React &amp; Node.js fintech portal handling 50,000+ daily transactions with 99.98% uptime.</w:t>
      </w:r>
    </w:p>
    <w:p>
      <w:pPr>
        <w:pStyle w:val="ListBullet"/>
      </w:pPr>
      <w:r>
        <w:t>Optimized MongoDB database query indexes, decreasing server latency by 40% and cutting AWS infrastructure costs by $1,200/month.</w:t>
      </w:r>
    </w:p>
    <w:p>
      <w:pPr>
        <w:pStyle w:val="ListBullet"/>
      </w:pPr>
      <w:r>
        <w:t>Mentored 4 junior developers and conducted code reviews enforcing TypeScript strict mode standards.</w:t>
      </w:r>
    </w:p>
    <w:p>
      <w:pPr>
        <w:spacing w:before="160" w:after="40"/>
      </w:pPr>
      <w:r>
        <w:rPr>
          <w:b/>
          <w:color w:val="0F172A"/>
        </w:rPr>
        <w:t>SOFTWARE ENGINEER</w:t>
      </w:r>
      <w:r>
        <w:t xml:space="preserve">  |  DevStudio Global — Kandy, Sri Lanka</w:t>
        <w:br/>
      </w:r>
      <w:r>
        <w:rPr>
          <w:i/>
          <w:sz w:val="18"/>
        </w:rPr>
        <w:t>Jan 2020 – Jun 2022</w:t>
      </w:r>
    </w:p>
    <w:p>
      <w:pPr>
        <w:pStyle w:val="ListBullet"/>
      </w:pPr>
      <w:r>
        <w:t>Developed 15+ responsive React web components integrated with GraphQL APIs.</w:t>
      </w:r>
    </w:p>
    <w:p>
      <w:pPr>
        <w:pStyle w:val="ListBullet"/>
      </w:pPr>
      <w:r>
        <w:t>Built automated CI/CD deployment pipelines using Docker and GitHub Actions, reducing release deployment time from 2 hours to 10 minutes.</w:t>
      </w:r>
    </w:p>
    <w:p>
      <w:pPr>
        <w:spacing w:before="240" w:after="80"/>
      </w:pPr>
      <w:r>
        <w:rPr>
          <w:b/>
          <w:color w:val="4F46E5"/>
          <w:sz w:val="23"/>
        </w:rPr>
        <w:t>TECHNICAL PROJECTS</w:t>
      </w:r>
    </w:p>
    <w:p>
      <w:r>
        <w:rPr>
          <w:b/>
          <w:color w:val="0F172A"/>
        </w:rPr>
        <w:t>E-Commerce Microservices Engine (Open Source)</w:t>
      </w:r>
    </w:p>
    <w:p>
      <w:pPr>
        <w:pStyle w:val="ListBullet"/>
      </w:pPr>
      <w:r>
        <w:t>Built a Node.js microservices app with Redis caching and RabbitMQ messaging system. (GitHub: github.com/yourdev/ecommerce-micro)</w:t>
      </w:r>
    </w:p>
    <w:p>
      <w:pPr>
        <w:spacing w:before="240" w:after="80"/>
      </w:pPr>
      <w:r>
        <w:rPr>
          <w:b/>
          <w:color w:val="4F46E5"/>
          <w:sz w:val="23"/>
        </w:rPr>
        <w:t>EDUCATION</w:t>
      </w:r>
    </w:p>
    <w:p>
      <w:r>
        <w:rPr>
          <w:b/>
          <w:color w:val="0F172A"/>
        </w:rPr>
        <w:t>B.SC. (HONS) IN COMPUTER SCIENCE</w:t>
      </w:r>
      <w:r>
        <w:br/>
        <w:t>SLIIT / University of Westminster  |  Graduated: 2020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415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