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47857"/>
          <w:sz w:val="44"/>
        </w:rPr>
        <w:t>FIRSTNAME LASTNAME</w:t>
      </w:r>
    </w:p>
    <w:p>
      <w:pPr>
        <w:spacing w:after="280"/>
        <w:jc w:val="center"/>
        <w:pBdr>
          <w:bottom w:val="single" w:sz="12" w:space="6" w:color="047857"/>
        </w:pBdr>
      </w:pPr>
      <w:r>
        <w:rPr>
          <w:color w:val="64748B"/>
          <w:sz w:val="19"/>
        </w:rPr>
        <w:t>Kandy, Sri Lanka  |  +94 71 555 1234  |  grad.email@example.com  |  linkedin.com/in/yourfresher</w:t>
      </w:r>
    </w:p>
    <w:p>
      <w:pPr>
        <w:spacing w:before="240" w:after="80"/>
      </w:pPr>
      <w:r>
        <w:rPr>
          <w:b/>
          <w:color w:val="047857"/>
          <w:sz w:val="24"/>
        </w:rPr>
        <w:t>CAREER OBJECTIVE</w:t>
      </w:r>
    </w:p>
    <w:p>
      <w:r>
        <w:t>Highly motivated Computer Science Graduate (First Class Honors) with strong foundations in Software Engineering, Database Systems, and Web Technologies. Seeking an Associate Software Engineer or Intern position to leverage problem-solving skills, academic project experience, and modern JS/Python stack in a dynamic tech environment.</w:t>
      </w:r>
    </w:p>
    <w:p>
      <w:pPr>
        <w:spacing w:before="240" w:after="80"/>
      </w:pPr>
      <w:r>
        <w:rPr>
          <w:b/>
          <w:color w:val="047857"/>
          <w:sz w:val="24"/>
        </w:rPr>
        <w:t>EDUCATION</w:t>
      </w:r>
    </w:p>
    <w:p>
      <w:r>
        <w:rPr>
          <w:b/>
          <w:color w:val="0F172A"/>
        </w:rPr>
        <w:t>BACHELOR OF SCIENCE (HONS) IN INFORMATION TECHNOLOGY</w:t>
      </w:r>
      <w:r>
        <w:br/>
        <w:t>University of Moratuwa, Sri Lanka  |  2020 – 2024  (GPA: 3.75 / 4.00 — First Class Honors)</w:t>
      </w:r>
    </w:p>
    <w:p>
      <w:r>
        <w:t>Relevant Coursework: Data Structures &amp; Algorithms, Object-Oriented Programming, Database Management, Web Engineering, Software Quality Assurance</w:t>
      </w:r>
    </w:p>
    <w:p>
      <w:pPr>
        <w:spacing w:before="240" w:after="80"/>
      </w:pPr>
      <w:r>
        <w:rPr>
          <w:b/>
          <w:color w:val="047857"/>
          <w:sz w:val="24"/>
        </w:rPr>
        <w:t>ACADEMIC PROJECTS</w:t>
      </w:r>
    </w:p>
    <w:p>
      <w:pPr>
        <w:spacing w:before="80" w:after="40"/>
      </w:pPr>
      <w:r>
        <w:rPr>
          <w:b/>
          <w:color w:val="0F172A"/>
        </w:rPr>
        <w:t>Final Year Capstone Project: Smart Resume Parser &amp; ATS Matching Engine</w:t>
      </w:r>
      <w:r>
        <w:t xml:space="preserve">  (2023 – 2024)</w:t>
      </w:r>
    </w:p>
    <w:p>
      <w:pPr>
        <w:pStyle w:val="ListBullet"/>
      </w:pPr>
      <w:r>
        <w:t>Developed a web application using React.js and Python FastAPI to extract text from PDF resumes with 92% parsing accuracy.</w:t>
      </w:r>
    </w:p>
    <w:p>
      <w:pPr>
        <w:pStyle w:val="ListBullet"/>
      </w:pPr>
      <w:r>
        <w:t>Implemented TF-IDF natural language processing algorithms to calculate keyword match scores against job descriptions.</w:t>
      </w:r>
    </w:p>
    <w:p>
      <w:pPr>
        <w:spacing w:before="120" w:after="40"/>
      </w:pPr>
      <w:r>
        <w:rPr>
          <w:b/>
          <w:color w:val="0F172A"/>
        </w:rPr>
        <w:t>Third Year Project: University Student Management System</w:t>
      </w:r>
      <w:r>
        <w:t xml:space="preserve">  (2023)</w:t>
      </w:r>
    </w:p>
    <w:p>
      <w:pPr>
        <w:pStyle w:val="ListBullet"/>
      </w:pPr>
      <w:r>
        <w:t>Designed PostgreSQL relational database schema and built Java Spring Boot backend endpoints for 2,000+ student records.</w:t>
      </w:r>
    </w:p>
    <w:p>
      <w:pPr>
        <w:spacing w:before="240" w:after="80"/>
      </w:pPr>
      <w:r>
        <w:rPr>
          <w:b/>
          <w:color w:val="047857"/>
          <w:sz w:val="24"/>
        </w:rPr>
        <w:t>TECHNICAL &amp; SOFT SKILLS</w:t>
      </w:r>
    </w:p>
    <w:p>
      <w:r>
        <w:rPr>
          <w:b/>
        </w:rPr>
        <w:t xml:space="preserve">Programming Languages: </w:t>
      </w:r>
      <w:r>
        <w:t>Java, Python, JavaScript, SQL</w:t>
        <w:br/>
      </w:r>
      <w:r>
        <w:rPr>
          <w:b/>
        </w:rPr>
        <w:t xml:space="preserve">Web Frameworks: </w:t>
      </w:r>
      <w:r>
        <w:t>React.js, Node.js, HTML5/CSS3, Bootstrap</w:t>
        <w:br/>
      </w:r>
      <w:r>
        <w:rPr>
          <w:b/>
        </w:rPr>
        <w:t xml:space="preserve">Tools &amp; Platforms: </w:t>
      </w:r>
      <w:r>
        <w:t>Git, GitHub, VS Code, Postman, MySQL Workbench</w:t>
        <w:br/>
      </w:r>
      <w:r>
        <w:rPr>
          <w:b/>
        </w:rPr>
        <w:t xml:space="preserve">Soft Skills: </w:t>
      </w:r>
      <w:r>
        <w:t>Team Collaboration, Problem Solving, Agile Mindset, Technical Communication</w:t>
      </w:r>
    </w:p>
    <w:p>
      <w:pPr>
        <w:spacing w:before="240" w:after="80"/>
      </w:pPr>
      <w:r>
        <w:rPr>
          <w:b/>
          <w:color w:val="047857"/>
          <w:sz w:val="24"/>
        </w:rPr>
        <w:t>LEADERSHIP &amp; VOLUNTEERING</w:t>
      </w:r>
    </w:p>
    <w:p>
      <w:r>
        <w:t>• Vice President – University IEEE Student Branch (2023)</w:t>
        <w:br/>
        <w:t>• Organized 3 national hackathons with 300+ university participants.</w:t>
        <w:br/>
        <w:t>• Active Volunteer – GotaGovGama Tech Community &amp; Rotaract Club (2022 – 2023)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415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